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מעגלי התמיכה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מעגלי התמיכה ואת ההבדלים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אנשים וגורמים שיכולים לתמוך בי במצבים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השייכות שלי לרשתות תמיכה של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אנשים שאני יכול/ה לספר להם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אנשים שעוזרים לי ושאני סומכ/ת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אנשים שאפשר לפנות אליהם כשצריך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לדעת למי לפנות במצבים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תפקיד או כינוי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תחושה שאני חלק מקבוצה או 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אפשרות 'הוספה' למפה האישית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לכתוב תפקיד או כינוי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ברשימת האפשרויות מופיעה גם חיית מחמד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מעגל 'הכי קרובים'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המספרים שונים מאדם לאדם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הכי קרובים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נאמני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רשת תמיכה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(אנשים שאני יכול/ה לספר להם הכול)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(אנשים שעוזרים לי ושאני סומכ/ת עליהם)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(אנשים שאפשר לפנות אליהם כשצריך 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(איש מקצוע שעוזר בבעיות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(תפקיד מיוחד לתמיכה ברגעים קשים)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על המעגלים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 מורה, הורה או חבר/ה שיכולים לעזור בלימודים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אדם קרוב שמעניק תחושת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רמת קרבה ואמון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מהרשימה או אישית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שזה עוזר לדעת למי לפנות במצבי קושי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פתוחה לפני הדף על כך שלכל אחד מעגלים שונים, ואין תשובה נכונה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ליצור אווירה בטוחה ולא ללחוץ על תלמידים לחשוף פרטים שהם לא רוצים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בדיון קצר על כך שכולנו גם חלק ממעגלים של אחרים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מעגלי התמיכה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לכולם יש אנשים שעוזרים להם. יש אנשים קרובים מאוד, ויש אנשים שעוזרים קצת פחות. נלמד להבדיל 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מעגלי תמיכה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קבוצות של אנשים שתומכים בי, מהקרוב ביותר ועד הרחוק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קשיים ולחזור לתפקד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שאני חלק מקבוצה או מקהילה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נאמן/ת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בבית הספר של מי שעוזר לתלמידים ברגעים קשים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יועצ/ת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 מקצוע בבית הספר שעוזר בבעיות אישיות ולימודיות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רשת תמיכה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האנשים ביחד שיכולים לעזור לי במצבים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שאפשר לסמוך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מחנכ/ת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האחראי/ת על הכיתה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המעגלים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במעגל הכי פנימי?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שאני מכיר/ה מרחוק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אנשים שאני יכול/ה לספר להם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 שפגשתי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אנשים שאינם מכירים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המעגל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שאני לא סומכ/ת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אנשים שעוזרים לי ושאני סומכ/ת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 שאני פוגש/ת פעם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אנשים שאינם חלק מהחיים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במעגל השלישי?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בני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חברים הכי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 שאפשר לפנות אליהם כשצריך עזרה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אחד, זה מעגל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כדאי להכיר את המעגלים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למי לפנות במצבים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לכתוב רשימה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להתחרות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לזה חשיבות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לכתוב אם לא רוצים לכתוב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מספר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תפקיד או כינוי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כתובת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המילה 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תחושה שאני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תחושה שאני חלק מקבוצה או 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 מאנשים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קושי לדבר עם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למפה אנשים משלי שלא מופיעים ברשימה המקורית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חייבים לכתוב שם מלא ומדויק של כל אדם במפה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חיית מחמד יכולה להיות חלק מרשת התמיכה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במעגל הפנימי ביותר נמצאים אנשים שאפשר לספר להם הכול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אדם יש בדיוק אותו מספר אנשים בכל מעגל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אנשים שאני יכול/ה לספר להם הכול נמצאים במעגל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אנשים שעוזרים לי ושאני סומכ/ת עליהם נמצאים במעגל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הם אנשים בבית הספר שתפקידם לעזור בזמנים 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האנשים שתומכים בי ביחד נקראים ה__________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חשוב לזכור שאני עצמי נמצא/ת גם ב__________ של אנשים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הכי קרובים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אנשים שעוזרים לי ושאני סומכ/ת עליהם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איש מקצוע שעוזר בבעיות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 לי למי לפנות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תפקיד מיוחד לתמיכה ברגעים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יועצ/ת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אנשים שאני יכול/ה לספר להם הכול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נאמני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אנשים שאפשר לפנות אליהם כשצריך עזרה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על המעגלים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הייתי פונה כשקשה לי בלימודים?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הייתי פונה כשמשהו מפחיד אותי?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את מי הייתי רוצה לקרב למעגל הפנימי יותר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מעגל 'הכי קרובים' למעגל 'קרובים'?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לאדם שיכול להיות במעגל 'יש לי למי לפנות'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לדעת מי נמצא ברשת התמיכה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מעגלי התמיכה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