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מעגלי התמיכה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מעגלי התמיכה ואת ההבדלים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אנשים וגורמים שיכולים לתמוך בי במצבים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השייכות שלי לרשתות תמיכה של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אנשים שאני יכול/ה לספר להם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אנשים שעוזרים לי ושאני סומכ/ת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לדעת למי לפנות במצבים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אפשרות 'הוספה' למפה האישית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לכתוב תפקיד או כינוי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ברשימת האפשרויות מופיעה גם חיית מחמד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הכי קרובים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(אנשים שאני יכול/ה לספר להם הכול)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(אנשים שעוזרים לי ושאני סומכ/ת עליהם)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(אנשים שאפשר לפנות אליהם כשצריך 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(איש מקצוע שעוזר בבעיות בבית הספר)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על המעגלים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 מורה, הורה או חבר/ה שיכולים לעזור בלימודים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רמת קרבה ואמון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מהרשימה או אישית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שזה עוזר לדעת למי לפנות במצבי קושי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פתוחה לפני הדף על כך שלכל אחד מעגלים שונים, ואין תשובה נכונה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ליצור אווירה בטוחה ולא ללחוץ על תלמידים לחשוף פרטים שהם לא רוצים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בדיון קצר על כך שכולנו גם חלק ממעגלים של אחרים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מעגלי התמיכה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אחד ואחת מאיתנו יש אנשים שונים סביבנו, שקרובים אלינו בדרגות שונות. בדף הזה נתרגל להבין את מעגלי התמיכה ולזהות מי נמצא בכל מעגל.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הכי קרובים  ·  קרובים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המעגלים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נמצא במעגל 'הכי קרובים'?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אנשים שאני מכיר/ה מרחוק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אנשים שאני יכול/ה לספר להם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אנשים שפגשתי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מאפיין את מעגל 'קרובים'?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אנשים שאני לא סומכ/ת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אנשים שעוזרים לי ושאני סומכ/ת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אנשים שאני פוגש/ת פעם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חשוב לדעת מי נמצא במעגלים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לדעת למי לפנות במצבים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לכתוב רשימה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להתחרות עם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להוסיף למפה אנשים משלי שלא מופיעים ברשימה המקורית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חייבים לכתוב שם מלא ומדויק של כל אדם במפה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חיית מחמד יכולה להיות חלק מרשת התמיכה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אנשים שאני יכול/ה לספר להם הכול נמצאים במעגל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אנשים שעוזרים לי ושאני סומכ/ת עליהם נמצאים במעגל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הכי קרובים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איש מקצוע שעוזר בבעיות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קרובים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אנשים שאני יכול/ה לספר להם הכול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יש לי למי לפנות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אנשים שעוזרים לי ושאני סומכ/ת עליהם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יועצ/ת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אנשים שאפשר לפנות אליהם כשצריך עזרה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חושבים על המעגלים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למי הייתי פונה כשקשה לי בלימודים?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מעגל 'הכי קרובים' למעגל 'קרובים'?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לאדם שיכול להיות במעגל 'יש לי למי לפנות'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מעגלי התמיכה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